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283E" w14:textId="77777777" w:rsidR="00B82B23" w:rsidRPr="00E003F7" w:rsidRDefault="001C32A9">
      <w:pPr>
        <w:pStyle w:val="Balk2"/>
        <w:spacing w:before="160" w:after="8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003F7">
        <w:rPr>
          <w:rFonts w:ascii="Times New Roman" w:eastAsia="Times New Roman" w:hAnsi="Times New Roman" w:cs="Times New Roman"/>
          <w:color w:val="auto"/>
          <w:sz w:val="24"/>
          <w:szCs w:val="24"/>
        </w:rPr>
        <w:t>Ek-</w:t>
      </w:r>
      <w:r w:rsidR="00E003F7" w:rsidRPr="00E003F7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E003F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proofErr w:type="spellStart"/>
      <w:r w:rsidRPr="00E003F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Temsil</w:t>
      </w:r>
      <w:proofErr w:type="spellEnd"/>
      <w:r w:rsidRPr="00E003F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E003F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ve</w:t>
      </w:r>
      <w:proofErr w:type="spellEnd"/>
      <w:r w:rsidRPr="00E003F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E003F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İmza</w:t>
      </w:r>
      <w:proofErr w:type="spellEnd"/>
      <w:r w:rsidRPr="00E003F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E003F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Yetkisi</w:t>
      </w:r>
      <w:proofErr w:type="spellEnd"/>
      <w:r w:rsidRPr="00E003F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Bildirim Formu</w:t>
      </w:r>
    </w:p>
    <w:p w14:paraId="09C48A33" w14:textId="77777777" w:rsidR="00B82B23" w:rsidRPr="00E003F7" w:rsidRDefault="001C32A9">
      <w:pPr>
        <w:jc w:val="both"/>
        <w:rPr>
          <w:rFonts w:cs="Times New Roman"/>
          <w:sz w:val="24"/>
          <w:szCs w:val="24"/>
        </w:rPr>
      </w:pPr>
      <w:r w:rsidRPr="00E003F7">
        <w:rPr>
          <w:rFonts w:cs="Times New Roman"/>
          <w:sz w:val="24"/>
          <w:szCs w:val="24"/>
        </w:rPr>
        <w:t xml:space="preserve">Ön yeterlik başvuru mektubunu ve münferit alımlarda teklif mektubunu imzalamak üzere bildirilen her kişi için ayrı satır doldurulur. </w:t>
      </w:r>
    </w:p>
    <w:tbl>
      <w:tblPr>
        <w:tblW w:w="96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900"/>
        <w:gridCol w:w="1300"/>
        <w:gridCol w:w="2100"/>
        <w:gridCol w:w="2350"/>
        <w:gridCol w:w="1440"/>
      </w:tblGrid>
      <w:tr w:rsidR="00E003F7" w:rsidRPr="00E003F7" w14:paraId="37D6FF1A" w14:textId="77777777">
        <w:trPr>
          <w:cantSplit/>
          <w:tblHeader/>
        </w:trPr>
        <w:tc>
          <w:tcPr>
            <w:tcW w:w="550" w:type="dxa"/>
            <w:shd w:val="clear" w:color="auto" w:fill="E7E6E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F6786E" w14:textId="77777777" w:rsidR="00B82B23" w:rsidRPr="00E003F7" w:rsidRDefault="001C32A9">
            <w:pPr>
              <w:keepLines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900" w:type="dxa"/>
            <w:shd w:val="clear" w:color="auto" w:fill="E7E6E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76ECC1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b/>
                <w:sz w:val="24"/>
                <w:szCs w:val="24"/>
              </w:rPr>
              <w:t>Adı ve soyadı</w:t>
            </w:r>
          </w:p>
        </w:tc>
        <w:tc>
          <w:tcPr>
            <w:tcW w:w="1300" w:type="dxa"/>
            <w:shd w:val="clear" w:color="auto" w:fill="E7E6E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6564F5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2100" w:type="dxa"/>
            <w:shd w:val="clear" w:color="auto" w:fill="E7E6E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DED15C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b/>
                <w:sz w:val="24"/>
                <w:szCs w:val="24"/>
              </w:rPr>
              <w:t>Yetkinin kapsamı</w:t>
            </w:r>
          </w:p>
        </w:tc>
        <w:tc>
          <w:tcPr>
            <w:tcW w:w="2350" w:type="dxa"/>
            <w:shd w:val="clear" w:color="auto" w:fill="E7E6E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12A5C4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b/>
                <w:sz w:val="24"/>
                <w:szCs w:val="24"/>
              </w:rPr>
              <w:t>Dayanak belge ve tarih</w:t>
            </w:r>
          </w:p>
        </w:tc>
        <w:tc>
          <w:tcPr>
            <w:tcW w:w="1440" w:type="dxa"/>
            <w:shd w:val="clear" w:color="auto" w:fill="E7E6E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6E26E5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b/>
                <w:sz w:val="24"/>
                <w:szCs w:val="24"/>
              </w:rPr>
              <w:t>Geçerlilik süresi</w:t>
            </w:r>
          </w:p>
        </w:tc>
      </w:tr>
      <w:tr w:rsidR="00E003F7" w:rsidRPr="00E003F7" w14:paraId="5161C9D5" w14:textId="77777777">
        <w:trPr>
          <w:cantSplit/>
        </w:trPr>
        <w:tc>
          <w:tcPr>
            <w:tcW w:w="5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054F1A" w14:textId="77777777" w:rsidR="00B82B23" w:rsidRPr="00E003F7" w:rsidRDefault="001C32A9">
            <w:pPr>
              <w:keepLines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B87D4D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ABB92F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EBFB1E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[Başvuru, teklif veya her ikisi]</w:t>
            </w:r>
          </w:p>
        </w:tc>
        <w:tc>
          <w:tcPr>
            <w:tcW w:w="23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0D8CD6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E0A689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003F7" w:rsidRPr="00E003F7" w14:paraId="10A7E472" w14:textId="77777777">
        <w:trPr>
          <w:cantSplit/>
        </w:trPr>
        <w:tc>
          <w:tcPr>
            <w:tcW w:w="5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88D828" w14:textId="77777777" w:rsidR="00B82B23" w:rsidRPr="00E003F7" w:rsidRDefault="001C32A9">
            <w:pPr>
              <w:keepLines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D93FF6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779A82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6F3468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[Başvuru, teklif veya her ikisi]</w:t>
            </w:r>
          </w:p>
        </w:tc>
        <w:tc>
          <w:tcPr>
            <w:tcW w:w="23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3A690C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DCE773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003F7" w:rsidRPr="00E003F7" w14:paraId="5C296B2B" w14:textId="77777777">
        <w:trPr>
          <w:cantSplit/>
        </w:trPr>
        <w:tc>
          <w:tcPr>
            <w:tcW w:w="5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F3AFB3" w14:textId="77777777" w:rsidR="00B82B23" w:rsidRPr="00E003F7" w:rsidRDefault="001C32A9">
            <w:pPr>
              <w:keepLines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A8280B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14E271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400EF3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[Başvuru, teklif veya her ikisi]</w:t>
            </w:r>
          </w:p>
        </w:tc>
        <w:tc>
          <w:tcPr>
            <w:tcW w:w="23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8A4A88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5A1D78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003F7" w:rsidRPr="00E003F7" w14:paraId="04620271" w14:textId="77777777">
        <w:trPr>
          <w:cantSplit/>
        </w:trPr>
        <w:tc>
          <w:tcPr>
            <w:tcW w:w="5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014403" w14:textId="77777777" w:rsidR="00B82B23" w:rsidRPr="00E003F7" w:rsidRDefault="001C32A9">
            <w:pPr>
              <w:keepLines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9AF671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ED0E3D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48150C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[Başvuru, teklif veya her ikisi]</w:t>
            </w:r>
          </w:p>
        </w:tc>
        <w:tc>
          <w:tcPr>
            <w:tcW w:w="23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5C53DE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0A0B59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B82B23" w:rsidRPr="00E003F7" w14:paraId="18FE5CED" w14:textId="77777777">
        <w:trPr>
          <w:cantSplit/>
        </w:trPr>
        <w:tc>
          <w:tcPr>
            <w:tcW w:w="5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0469DD" w14:textId="77777777" w:rsidR="00B82B23" w:rsidRPr="00E003F7" w:rsidRDefault="001C32A9">
            <w:pPr>
              <w:keepLines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5E21B2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3F7E68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E14654" w14:textId="77777777" w:rsidR="00B82B23" w:rsidRPr="00E003F7" w:rsidRDefault="001C32A9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003F7">
              <w:rPr>
                <w:rFonts w:cs="Times New Roman"/>
                <w:sz w:val="24"/>
                <w:szCs w:val="24"/>
              </w:rPr>
              <w:t>[Başvuru, teklif veya her ikisi]</w:t>
            </w:r>
          </w:p>
        </w:tc>
        <w:tc>
          <w:tcPr>
            <w:tcW w:w="23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53E997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354754" w14:textId="77777777" w:rsidR="00B82B23" w:rsidRPr="00E003F7" w:rsidRDefault="00B82B23">
            <w:pPr>
              <w:keepLines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sectPr w:rsidR="00B82B23" w:rsidRPr="00E003F7" w:rsidSect="00034616">
      <w:headerReference w:type="default" r:id="rId8"/>
      <w:footerReference w:type="default" r:id="rId9"/>
      <w:headerReference w:type="first" r:id="rId12"/>
      <w:headerReference w:type="even" r:id="rId13"/>
      <w:pgSz w:w="11906" w:h="16838"/>
      <w:pgMar w:top="1134" w:right="1134" w:bottom="1020" w:left="1134" w:header="425" w:footer="397" w:gutter="0"/>
      <w:cols w:space="720"/>
      <w:docGrid w:linePitch="360"/>
      <w:pgNumType w:start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99134" w14:textId="77777777" w:rsidR="00364FD4" w:rsidRDefault="00364FD4">
      <w:pPr>
        <w:spacing w:after="0" w:line="240" w:lineRule="auto"/>
      </w:pPr>
      <w:r>
        <w:separator/>
      </w:r>
    </w:p>
  </w:endnote>
  <w:endnote w:type="continuationSeparator" w:id="0">
    <w:p w14:paraId="5D6D64BC" w14:textId="77777777" w:rsidR="00364FD4" w:rsidRDefault="0036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8F41A" w14:textId="77777777" w:rsidR="00554C47" w:rsidRDefault="00554C47">
    <w:pPr>
      <w:pStyle w:val="AltBilgi"/>
      <w:jc w:val="right"/>
    </w:pPr>
    <w:r>
      <w:rPr>
        <w:color w:val="5F6368"/>
        <w:sz w:val="17"/>
      </w:rPr>
      <w:t xml:space="preserve">Sayfa </w:t>
    </w:r>
    <w:r>
      <w:fldChar w:fldCharType="begin"/>
    </w:r>
    <w:r>
      <w:instrText>PAGE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E9BFC" w14:textId="77777777" w:rsidR="00364FD4" w:rsidRDefault="00364FD4">
      <w:pPr>
        <w:spacing w:after="0" w:line="240" w:lineRule="auto"/>
      </w:pPr>
      <w:r>
        <w:separator/>
      </w:r>
    </w:p>
  </w:footnote>
  <w:footnote w:type="continuationSeparator" w:id="0">
    <w:p w14:paraId="772DA3E4" w14:textId="77777777" w:rsidR="00364FD4" w:rsidRDefault="00364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6056997">
    <w:abstractNumId w:val="8"/>
  </w:num>
  <w:num w:numId="2" w16cid:durableId="1262026889">
    <w:abstractNumId w:val="6"/>
  </w:num>
  <w:num w:numId="3" w16cid:durableId="1387266334">
    <w:abstractNumId w:val="5"/>
  </w:num>
  <w:num w:numId="4" w16cid:durableId="1836608468">
    <w:abstractNumId w:val="4"/>
  </w:num>
  <w:num w:numId="5" w16cid:durableId="1960136222">
    <w:abstractNumId w:val="7"/>
  </w:num>
  <w:num w:numId="6" w16cid:durableId="2124299467">
    <w:abstractNumId w:val="3"/>
  </w:num>
  <w:num w:numId="7" w16cid:durableId="1272738946">
    <w:abstractNumId w:val="2"/>
  </w:num>
  <w:num w:numId="8" w16cid:durableId="1718704340">
    <w:abstractNumId w:val="1"/>
  </w:num>
  <w:num w:numId="9" w16cid:durableId="150385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2B25"/>
    <w:rsid w:val="00034616"/>
    <w:rsid w:val="00035EE4"/>
    <w:rsid w:val="0006063C"/>
    <w:rsid w:val="0015074B"/>
    <w:rsid w:val="001B632C"/>
    <w:rsid w:val="001C32A9"/>
    <w:rsid w:val="001C5E13"/>
    <w:rsid w:val="001E343F"/>
    <w:rsid w:val="0029639D"/>
    <w:rsid w:val="002B55E9"/>
    <w:rsid w:val="002C0700"/>
    <w:rsid w:val="002E7E05"/>
    <w:rsid w:val="00313477"/>
    <w:rsid w:val="003202D4"/>
    <w:rsid w:val="00326F90"/>
    <w:rsid w:val="00344A22"/>
    <w:rsid w:val="003451A5"/>
    <w:rsid w:val="00362BA9"/>
    <w:rsid w:val="00364FD4"/>
    <w:rsid w:val="00386170"/>
    <w:rsid w:val="00401C3C"/>
    <w:rsid w:val="00426C43"/>
    <w:rsid w:val="00461311"/>
    <w:rsid w:val="00465723"/>
    <w:rsid w:val="0049305D"/>
    <w:rsid w:val="004B44DD"/>
    <w:rsid w:val="004C5DC1"/>
    <w:rsid w:val="004C7A6C"/>
    <w:rsid w:val="004D51D3"/>
    <w:rsid w:val="004E515E"/>
    <w:rsid w:val="004E5845"/>
    <w:rsid w:val="00527E81"/>
    <w:rsid w:val="0055149C"/>
    <w:rsid w:val="00554C47"/>
    <w:rsid w:val="00586D08"/>
    <w:rsid w:val="005A7A54"/>
    <w:rsid w:val="005B41A4"/>
    <w:rsid w:val="00605E15"/>
    <w:rsid w:val="0062330C"/>
    <w:rsid w:val="006B7FB9"/>
    <w:rsid w:val="007307D4"/>
    <w:rsid w:val="007477BA"/>
    <w:rsid w:val="00767303"/>
    <w:rsid w:val="00794762"/>
    <w:rsid w:val="00795C8E"/>
    <w:rsid w:val="00807611"/>
    <w:rsid w:val="00835D5F"/>
    <w:rsid w:val="00847982"/>
    <w:rsid w:val="008512DE"/>
    <w:rsid w:val="00896A9C"/>
    <w:rsid w:val="008A2F1F"/>
    <w:rsid w:val="008F256F"/>
    <w:rsid w:val="0091219B"/>
    <w:rsid w:val="00966E5D"/>
    <w:rsid w:val="00980EE6"/>
    <w:rsid w:val="009C355C"/>
    <w:rsid w:val="00A208BB"/>
    <w:rsid w:val="00AA1609"/>
    <w:rsid w:val="00AA1D8D"/>
    <w:rsid w:val="00AE55DF"/>
    <w:rsid w:val="00AF3B5D"/>
    <w:rsid w:val="00B35C07"/>
    <w:rsid w:val="00B41A91"/>
    <w:rsid w:val="00B47730"/>
    <w:rsid w:val="00B82B23"/>
    <w:rsid w:val="00B83FEB"/>
    <w:rsid w:val="00BF03FB"/>
    <w:rsid w:val="00C46E9C"/>
    <w:rsid w:val="00C50C6F"/>
    <w:rsid w:val="00CB0664"/>
    <w:rsid w:val="00D32669"/>
    <w:rsid w:val="00D3311E"/>
    <w:rsid w:val="00D3476C"/>
    <w:rsid w:val="00DD3C85"/>
    <w:rsid w:val="00E003F7"/>
    <w:rsid w:val="00E413C0"/>
    <w:rsid w:val="00E52F94"/>
    <w:rsid w:val="00E77F48"/>
    <w:rsid w:val="00E96BD2"/>
    <w:rsid w:val="00F137FE"/>
    <w:rsid w:val="00F354D9"/>
    <w:rsid w:val="00F363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5AE69"/>
  <w14:defaultImageDpi w14:val="300"/>
  <w15:docId w15:val="{9935121A-4B1F-4659-89DE-77401C3E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342829-2168-4631-B9F9-89B30363F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4058</Words>
  <Characters>23132</Characters>
  <Application>Microsoft Office Word</Application>
  <DocSecurity>0</DocSecurity>
  <Lines>192</Lines>
  <Paragraphs>54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Dinamik Alım Sistemi Ön Yeterlik Şartnamesi - Sürüm 5.7</vt:lpstr>
      <vt:lpstr/>
    </vt:vector>
  </TitlesOfParts>
  <Manager/>
  <Company/>
  <LinksUpToDate>false</LinksUpToDate>
  <CharactersWithSpaces>27136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 3 Temsil ve İmza Yetkisi Bildirim Formu</dc:title>
  <dc:subject>7.7'nci madde önceki metnine döndürülmüş renkli revizyon</dc:subject>
  <dc:creator>CEREN UYAR BOZTAS</dc:creator>
  <cp:keywords>DAS, ön yeterlik, V4.3, V5.0, renkli karşılaştırma, fiziki başvuru</cp:keywords>
  <dc:description>Yalnızca 7.7'nci madde Sürüm 5.5'teki metnine döndürülmüş ve mor renkle gösterilmiştir.</dc:description>
  <cp:lastModifiedBy>BUNYAMIN SUSAR</cp:lastModifiedBy>
  <cp:revision>7</cp:revision>
  <dcterms:created xsi:type="dcterms:W3CDTF">2026-09-24T11:25:00Z</dcterms:created>
  <dcterms:modified xsi:type="dcterms:W3CDTF">2026-09-24T13:01:00Z</dcterms:modified>
  <cp:category/>
</cp:coreProperties>
</file>